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DB5" w:rsidRDefault="00603DB5" w:rsidP="00603DB5">
      <w:pPr>
        <w:spacing w:after="0" w:line="360" w:lineRule="auto"/>
        <w:jc w:val="center"/>
      </w:pPr>
    </w:p>
    <w:p w:rsidR="002561F1" w:rsidRDefault="00F4022D" w:rsidP="00603DB5">
      <w:pPr>
        <w:spacing w:after="0" w:line="360" w:lineRule="auto"/>
      </w:pPr>
      <w:r>
        <w:rPr>
          <w:b/>
          <w:sz w:val="32"/>
        </w:rPr>
        <w:t>INTERNATIONAL LABOUR MOBILITY PROGRAM</w:t>
      </w:r>
    </w:p>
    <w:p w:rsidR="002561F1" w:rsidRDefault="00F4022D" w:rsidP="00603DB5">
      <w:pPr>
        <w:spacing w:line="360" w:lineRule="auto"/>
      </w:pPr>
      <w:r>
        <w:t>Instructions:</w:t>
      </w:r>
    </w:p>
    <w:p w:rsidR="002561F1" w:rsidRDefault="00F4022D" w:rsidP="00603DB5">
      <w:pPr>
        <w:spacing w:line="360" w:lineRule="auto"/>
      </w:pPr>
      <w:r>
        <w:t xml:space="preserve">Please complete this form clearly and accurately. Be specific about your </w:t>
      </w:r>
      <w:r>
        <w:t>profession (e.g., cook, cleaner, farm worker, handyman/mtu wa mkono, babysitter, live-in caregiver, non-live-in caregiver, accountant, etc.). Do not write 'any job'—applications must state exact skills. Attach your updated CV and submit via email to info@k</w:t>
      </w:r>
      <w:r w:rsidR="00603DB5">
        <w:t>awac.ca or info@kenwakenya.org</w:t>
      </w:r>
    </w:p>
    <w:p w:rsidR="002561F1" w:rsidRDefault="00F4022D" w:rsidP="00603DB5">
      <w:pPr>
        <w:spacing w:line="360" w:lineRule="auto"/>
      </w:pPr>
      <w:r>
        <w:rPr>
          <w:b/>
        </w:rPr>
        <w:t>APPLICANT INFORMATION</w:t>
      </w:r>
    </w:p>
    <w:p w:rsidR="002561F1" w:rsidRDefault="00F4022D" w:rsidP="00603DB5">
      <w:pPr>
        <w:spacing w:line="360" w:lineRule="auto"/>
      </w:pPr>
      <w:r>
        <w:t>Full Name: ____________________________</w:t>
      </w:r>
    </w:p>
    <w:p w:rsidR="002561F1" w:rsidRDefault="00F4022D" w:rsidP="00603DB5">
      <w:pPr>
        <w:spacing w:line="360" w:lineRule="auto"/>
      </w:pPr>
      <w:r>
        <w:t>Address: ______________________________</w:t>
      </w:r>
    </w:p>
    <w:p w:rsidR="002561F1" w:rsidRDefault="00F4022D" w:rsidP="00603DB5">
      <w:pPr>
        <w:spacing w:line="360" w:lineRule="auto"/>
      </w:pPr>
      <w:r>
        <w:t>City &amp; Country: ________________________</w:t>
      </w:r>
    </w:p>
    <w:p w:rsidR="002561F1" w:rsidRDefault="00F4022D" w:rsidP="00603DB5">
      <w:pPr>
        <w:spacing w:line="360" w:lineRule="auto"/>
      </w:pPr>
      <w:r>
        <w:t>Email Address: _________________________</w:t>
      </w:r>
    </w:p>
    <w:p w:rsidR="002561F1" w:rsidRDefault="00F4022D" w:rsidP="00603DB5">
      <w:pPr>
        <w:spacing w:line="360" w:lineRule="auto"/>
      </w:pPr>
      <w:r>
        <w:t>Phone Number: _________________________</w:t>
      </w:r>
    </w:p>
    <w:p w:rsidR="002561F1" w:rsidRDefault="00F4022D" w:rsidP="00603DB5">
      <w:pPr>
        <w:spacing w:line="360" w:lineRule="auto"/>
      </w:pPr>
      <w:r>
        <w:t>Date of Application: ____________________</w:t>
      </w:r>
    </w:p>
    <w:p w:rsidR="002561F1" w:rsidRDefault="00F4022D" w:rsidP="00603DB5">
      <w:pPr>
        <w:spacing w:line="360" w:lineRule="auto"/>
      </w:pPr>
      <w:r>
        <w:rPr>
          <w:b/>
        </w:rPr>
        <w:t>PROFESSIONAL DETAILS</w:t>
      </w:r>
    </w:p>
    <w:p w:rsidR="002561F1" w:rsidRDefault="00F4022D" w:rsidP="00603DB5">
      <w:pPr>
        <w:spacing w:line="360" w:lineRule="auto"/>
      </w:pPr>
      <w:r>
        <w:t>Profession (be specific, e.g., Cook - pastries, Farm Worker - harvesting, Caregiver - live-in, etc.):</w:t>
      </w:r>
    </w:p>
    <w:p w:rsidR="002561F1" w:rsidRDefault="00F4022D" w:rsidP="00603DB5">
      <w:pPr>
        <w:spacing w:line="360" w:lineRule="auto"/>
      </w:pPr>
      <w:r>
        <w:t>________________________________________________________________________</w:t>
      </w:r>
    </w:p>
    <w:p w:rsidR="002561F1" w:rsidRDefault="00F4022D" w:rsidP="00603DB5">
      <w:pPr>
        <w:spacing w:line="360" w:lineRule="auto"/>
      </w:pPr>
      <w:r>
        <w:t>Years of Experi</w:t>
      </w:r>
      <w:r>
        <w:t>ence/Training: __________________________________________</w:t>
      </w:r>
    </w:p>
    <w:p w:rsidR="002561F1" w:rsidRDefault="00F4022D" w:rsidP="00603DB5">
      <w:pPr>
        <w:spacing w:line="360" w:lineRule="auto"/>
      </w:pPr>
      <w:r>
        <w:t>Languages Spoken: ____________________________________________________</w:t>
      </w:r>
    </w:p>
    <w:p w:rsidR="002561F1" w:rsidRDefault="00F4022D" w:rsidP="00603DB5">
      <w:pPr>
        <w:spacing w:line="360" w:lineRule="auto"/>
      </w:pPr>
      <w:r>
        <w:t>Disability Status (if applicable, state clearly): __________________________</w:t>
      </w:r>
    </w:p>
    <w:p w:rsidR="002561F1" w:rsidRDefault="00F4022D" w:rsidP="00603DB5">
      <w:pPr>
        <w:spacing w:line="360" w:lineRule="auto"/>
      </w:pPr>
      <w:r>
        <w:br/>
      </w:r>
    </w:p>
    <w:p w:rsidR="00603DB5" w:rsidRDefault="00603DB5" w:rsidP="00603DB5">
      <w:pPr>
        <w:spacing w:line="360" w:lineRule="auto"/>
        <w:rPr>
          <w:b/>
        </w:rPr>
      </w:pPr>
    </w:p>
    <w:p w:rsidR="002561F1" w:rsidRDefault="00F4022D" w:rsidP="00603DB5">
      <w:pPr>
        <w:spacing w:line="360" w:lineRule="auto"/>
      </w:pPr>
      <w:bookmarkStart w:id="0" w:name="_GoBack"/>
      <w:bookmarkEnd w:id="0"/>
      <w:r>
        <w:rPr>
          <w:b/>
        </w:rPr>
        <w:t>STATEMENT OF COMMITMENT</w:t>
      </w:r>
    </w:p>
    <w:p w:rsidR="002561F1" w:rsidRDefault="00F4022D" w:rsidP="00603DB5">
      <w:pPr>
        <w:spacing w:line="360" w:lineRule="auto"/>
      </w:pPr>
      <w:r>
        <w:t>I understand that this p</w:t>
      </w:r>
      <w:r>
        <w:t>rogram is about meaningful work that touches humanity, not simply money. I commit to delivering my best effort and professionalism. I acknowledge that KAWAC and KENWA act as facilitators and not direct employers.</w:t>
      </w:r>
    </w:p>
    <w:p w:rsidR="002561F1" w:rsidRDefault="00F4022D" w:rsidP="00603DB5">
      <w:pPr>
        <w:spacing w:line="360" w:lineRule="auto"/>
      </w:pPr>
      <w:r>
        <w:br/>
        <w:t xml:space="preserve">Signature: ____________________________   </w:t>
      </w:r>
      <w:r>
        <w:t xml:space="preserve">  Date: ______________________</w:t>
      </w:r>
      <w:r>
        <w:br/>
      </w:r>
    </w:p>
    <w:sectPr w:rsidR="002561F1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022D" w:rsidRDefault="00F4022D" w:rsidP="00603DB5">
      <w:pPr>
        <w:spacing w:after="0" w:line="240" w:lineRule="auto"/>
      </w:pPr>
      <w:r>
        <w:separator/>
      </w:r>
    </w:p>
  </w:endnote>
  <w:endnote w:type="continuationSeparator" w:id="0">
    <w:p w:rsidR="00F4022D" w:rsidRDefault="00F4022D" w:rsidP="00603D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60409020205020404"/>
    <w:charset w:val="00"/>
    <w:family w:val="modern"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022D" w:rsidRDefault="00F4022D" w:rsidP="00603DB5">
      <w:pPr>
        <w:spacing w:after="0" w:line="240" w:lineRule="auto"/>
      </w:pPr>
      <w:r>
        <w:separator/>
      </w:r>
    </w:p>
  </w:footnote>
  <w:footnote w:type="continuationSeparator" w:id="0">
    <w:p w:rsidR="00F4022D" w:rsidRDefault="00F4022D" w:rsidP="00603D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DB5" w:rsidRDefault="00603DB5" w:rsidP="00603DB5">
    <w:pPr>
      <w:spacing w:after="0" w:line="360" w:lineRule="auto"/>
      <w:jc w:val="center"/>
    </w:pPr>
    <w:r>
      <w:rPr>
        <w:b/>
        <w:sz w:val="28"/>
      </w:rPr>
      <w:t xml:space="preserve">KACB </w:t>
    </w:r>
    <w:proofErr w:type="spellStart"/>
    <w:r>
      <w:rPr>
        <w:b/>
        <w:sz w:val="28"/>
      </w:rPr>
      <w:t>Worldwork</w:t>
    </w:r>
    <w:proofErr w:type="spellEnd"/>
    <w:r>
      <w:rPr>
        <w:b/>
        <w:sz w:val="28"/>
      </w:rPr>
      <w:t xml:space="preserve"> Alliance Canada (KAWAC)</w:t>
    </w:r>
    <w:r>
      <w:rPr>
        <w:b/>
        <w:sz w:val="28"/>
      </w:rPr>
      <w:br/>
      <w:t>Kenya Network of Women with AIDS (KENWA)</w:t>
    </w:r>
  </w:p>
  <w:p w:rsidR="00603DB5" w:rsidRPr="00603DB5" w:rsidRDefault="00603DB5" w:rsidP="00603DB5">
    <w:pPr>
      <w:pStyle w:val="Header"/>
      <w:jc w:val="center"/>
    </w:pPr>
    <w:r>
      <w:t>Email: info@kawac.ca | info@kenwakenya.org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561F1"/>
    <w:rsid w:val="0029639D"/>
    <w:rsid w:val="00326F90"/>
    <w:rsid w:val="00603DB5"/>
    <w:rsid w:val="00AA1D8D"/>
    <w:rsid w:val="00B47730"/>
    <w:rsid w:val="00CB0664"/>
    <w:rsid w:val="00F4022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5251E3"/>
  <w14:defaultImageDpi w14:val="300"/>
  <w15:docId w15:val="{C0909FD5-48EA-44B1-8D09-CADE0141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65BC438-02CE-4C90-93D3-A8EB415AD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KAWAC</dc:creator>
  <cp:keywords/>
  <dc:description>generated by python-docx</dc:description>
  <cp:lastModifiedBy>hp</cp:lastModifiedBy>
  <cp:revision>2</cp:revision>
  <dcterms:created xsi:type="dcterms:W3CDTF">2025-09-22T08:25:00Z</dcterms:created>
  <dcterms:modified xsi:type="dcterms:W3CDTF">2025-09-22T08:25:00Z</dcterms:modified>
  <cp:category/>
</cp:coreProperties>
</file>